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בדף הדיגיטלי של הסיפור "החבר"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קריאה: סדר אירועים, זיהוי תכונות דמויות והבנת 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תדמית חיצונית לבין מציאות פנימית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הרמז מטעה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ברשימת הפעילויות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בפעילות יש 11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(סידור 11 אירועים בעזרת חצים)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(מיון תכונות לפי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(פירוש ציטוט קצר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(12 שאלות עם משוב וכוכבים)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העבודה בפעילות צייד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הרמז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הרמז מתאים לעלילת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אם הרמז מטעה או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מנמקים את ההחלטה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הרמז מטעה או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 היא חיצונית, מציאות היא האמת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התרגול לפני השימוש במחשבים כדי להכין את התלמידים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תדמית למציאות בדיון קבוצתי קצר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הפעילויות האינטראקטיביות על הסיפור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הפעילויות הדיגיטלי של הסיפור "החבר" יש שבע פעילויות שונות. בדף תרגול זה נתרגל את סוגי המשימות לפני שניגשים למחשב.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פעילות צריך לסדר 11 אירועים בעזרת חצים?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סדר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חידון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מסע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בפעילות "צייד הרמזים" צריך להחליט אם...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הרמז מטעה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הדמות חיובית או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האירוע ראשון או אחרון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הפעילויות יש שבע פעילויות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סדר האירועים יש לסדר 8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חידון ההבנה כולל משוב וכוכבים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סדר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12 שאלות עם משוב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תכונות הדמויות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סידור 11 אירועים בעזרת חצים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ציטוט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מיון תכונות לפי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חידון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פירוש ציטוט קצר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העבודה בפעילות צייד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אם הרמז מטעה או 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מנמקים את ההחלטה בכתב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הרמז מתאים לעלילת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הרמז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אירועים יש לסדר בפעילות סדר האירועים?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בודקים בפעילות צייד הרמזים?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הפעילויות האינטראקטיביות על הסיפור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