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הפעילויות האינטראקטיביות על הסיפור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הפעילויות בדף הדיגיטלי של הסיפור "החבר"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קריאה: סדר אירועים, זיהוי תכונות דמויות והבנת ציטוטים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תדמית חיצונית לבין מציאות פנימית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הרמז מטעה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למיין תכונות לפי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ממיינים לשתי קבוצות ודנים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ברשימת הפעילויות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בפעילות יש 11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במשחק יש 8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בתיאור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נכתב בראש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פעילות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(סידור 11 אירועים בעזרת חצים)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(מיון תכונות לפי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(פירוש ציטוט קצר מהסיפור)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(12 שאלות עם משוב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(בדיקה אם רמז מטעה או 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(מיון לשתי קבוצות ודיון)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העבודה בפעילות צייד הרמזים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הרמז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הרמז מתאים לעלילת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מחליטים אם הרמז מטעה או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מנמקים את ההחלטה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תדמית היא איך משהו נראה מבחוץ, מציאות היא איך הוא באמת; דוגמה אישית מקבלת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המסבירה קשר בין סוג הפעילות (למשל סדר אירועים, תכונות דמויות) להבנת העלילה או 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הרמז מטעה או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תדמית היא חיצונית, מציאות היא האמת הפנימית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התרגול לפני השימוש במחשבים כדי להכין את התלמידים למשימות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ההבחנה בין תדמית למציאות בדיון קבוצתי קצר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הפעילויות האינטראקטיביות על הסיפור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הפעילויות הדיגיטלי של הסיפור "החבר" יש שבע פעילויות שונות. בדף תרגול זה נתרגל את סוגי המשימות לפני שניגשים למחשב.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פעילות צריך לסדר 11 אירועים בעזרת חצים?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סדר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מסע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תדמית מול 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יש בחידון ההבנה?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בפעילות "צייד הרמזים" צריך להחליט אם...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הרמז מטעה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חיובית או שלילית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האירוע ראשון או 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הציטוט נכון או שגוי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תחנות יש במשחק "מסע הזיכרון"?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בפעילות "תכונות הדמויות" המשימה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למיין תכונות לפי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לסדר אירועים בחצים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על שאלון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במשחק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בפעילות "תדמית מול מציאות" התלמידים...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ממיינים לשתי קבוצות ודנים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עונים על 12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מסדרים אירועים בחצים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ציטוט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הפעילויות יש שבע פעילויות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סדר האירועים יש לסדר 8 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ההבנה כולל משוב וכוכבים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מסע הזיכרון יש 11 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ציטוט ומשמעות עוסקת בפירוש ציטוט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פעילות דיגיטלית יש גם דף תרגול להדפסה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סדר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בדיקה אם רמז מטעה או 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תכונות הדמויות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מיון לשתי קבוצות ודיון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ציטוט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12 שאלות עם משוב וכוכבים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חידון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פירוש ציטוט קצר מהסיפור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צייד הרמזים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מיון תכונות לפי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תדמית מול מציאות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סידור 11 אירועים בעזרת חצים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העבודה בפעילות צייד הרמזים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הרמז מטעה או אמיתי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מנמקים את ההחלטה בכתב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הרמז מתאים לעלילת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הרמז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תדמית למציאות, ותנו 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מהפעילויות בדף ונמקו מדוע לדעתכם היא יכולה לעזור להבין את הסיפור "החבר"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אירועים יש לסדר בפעילות סדר האירועים?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בפעילות צייד הרמזים?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תדמית למציאות?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הפעילויות האינטראקטיביות על הסיפור "החבר"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